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C7065" w14:textId="77777777" w:rsidR="005C6B43" w:rsidRPr="00CF47F3" w:rsidRDefault="00000000" w:rsidP="00CF47F3">
      <w:pPr>
        <w:pStyle w:val="Ttulo1"/>
        <w:jc w:val="center"/>
        <w:rPr>
          <w:sz w:val="24"/>
          <w:szCs w:val="24"/>
        </w:rPr>
      </w:pPr>
      <w:r w:rsidRPr="00CF47F3">
        <w:rPr>
          <w:sz w:val="24"/>
          <w:szCs w:val="24"/>
        </w:rPr>
        <w:t>DECLARATION OF HONOUR TO APPLY FOR THE JUAN RAMÓN CUADRADO AWARD</w:t>
      </w:r>
    </w:p>
    <w:p w14:paraId="1A1C154D" w14:textId="77777777" w:rsidR="00CF47F3" w:rsidRDefault="00CF47F3"/>
    <w:p w14:paraId="6550B239" w14:textId="163F6BED" w:rsidR="005C6B43" w:rsidRPr="00CF47F3" w:rsidRDefault="00000000" w:rsidP="00CF47F3">
      <w:pPr>
        <w:spacing w:line="360" w:lineRule="auto"/>
        <w:rPr>
          <w:sz w:val="24"/>
        </w:rPr>
      </w:pPr>
      <w:proofErr w:type="spellStart"/>
      <w:r w:rsidRPr="00CF47F3">
        <w:rPr>
          <w:sz w:val="24"/>
        </w:rPr>
        <w:t>Mr</w:t>
      </w:r>
      <w:proofErr w:type="spellEnd"/>
      <w:r w:rsidRPr="00CF47F3">
        <w:rPr>
          <w:sz w:val="24"/>
        </w:rPr>
        <w:t>/</w:t>
      </w:r>
      <w:proofErr w:type="spellStart"/>
      <w:r w:rsidRPr="00CF47F3">
        <w:rPr>
          <w:sz w:val="24"/>
        </w:rPr>
        <w:t>Ms</w:t>
      </w:r>
      <w:proofErr w:type="spellEnd"/>
      <w:r w:rsidRPr="00CF47F3">
        <w:rPr>
          <w:sz w:val="24"/>
        </w:rPr>
        <w:t xml:space="preserve"> _______________________________________________, holder of ID no. _____________________, residing at ______________________________________________________________, and with the following email address: __________________________________,</w:t>
      </w:r>
    </w:p>
    <w:p w14:paraId="63D2253F" w14:textId="77777777" w:rsidR="005C6B43" w:rsidRDefault="005C6B43"/>
    <w:p w14:paraId="664AA9AA" w14:textId="7ACBD8B5" w:rsidR="005C6B43" w:rsidRPr="00CF47F3" w:rsidRDefault="00000000" w:rsidP="00CF47F3">
      <w:pPr>
        <w:rPr>
          <w:sz w:val="24"/>
        </w:rPr>
      </w:pPr>
      <w:r w:rsidRPr="00CF47F3">
        <w:rPr>
          <w:sz w:val="24"/>
        </w:rPr>
        <w:t>DECLARES:</w:t>
      </w:r>
    </w:p>
    <w:p w14:paraId="328B6BCD" w14:textId="6C9A7BDE" w:rsidR="005C6B43" w:rsidRPr="00CF47F3" w:rsidRDefault="00000000" w:rsidP="00CF47F3">
      <w:pPr>
        <w:rPr>
          <w:sz w:val="24"/>
        </w:rPr>
      </w:pPr>
      <w:r w:rsidRPr="00CF47F3">
        <w:rPr>
          <w:sz w:val="24"/>
        </w:rPr>
        <w:t>1. That he/she has submitted the paper entitled:</w:t>
      </w:r>
      <w:r w:rsidR="00CF47F3">
        <w:rPr>
          <w:sz w:val="24"/>
        </w:rPr>
        <w:t xml:space="preserve"> </w:t>
      </w:r>
      <w:r w:rsidRPr="00CF47F3">
        <w:rPr>
          <w:sz w:val="24"/>
        </w:rPr>
        <w:t>“_____________________________________________________________</w:t>
      </w:r>
      <w:r w:rsidR="00CF47F3">
        <w:rPr>
          <w:sz w:val="24"/>
        </w:rPr>
        <w:t>_________</w:t>
      </w:r>
      <w:r w:rsidRPr="00CF47F3">
        <w:rPr>
          <w:sz w:val="24"/>
        </w:rPr>
        <w:t>”</w:t>
      </w:r>
      <w:r w:rsidRPr="00CF47F3">
        <w:rPr>
          <w:sz w:val="24"/>
        </w:rPr>
        <w:br/>
        <w:t xml:space="preserve">as the main author, to apply for the Juan Ramón Cuadrado Award for Early-Career Researchers, and that it will be presented by him/her during the in-person sessions of the XLIX </w:t>
      </w:r>
      <w:proofErr w:type="spellStart"/>
      <w:r w:rsidRPr="00CF47F3">
        <w:rPr>
          <w:sz w:val="24"/>
        </w:rPr>
        <w:t>Reunión</w:t>
      </w:r>
      <w:proofErr w:type="spellEnd"/>
      <w:r w:rsidRPr="00CF47F3">
        <w:rPr>
          <w:sz w:val="24"/>
        </w:rPr>
        <w:t xml:space="preserve"> de </w:t>
      </w:r>
      <w:proofErr w:type="spellStart"/>
      <w:r w:rsidRPr="00CF47F3">
        <w:rPr>
          <w:sz w:val="24"/>
        </w:rPr>
        <w:t>Estudios</w:t>
      </w:r>
      <w:proofErr w:type="spellEnd"/>
      <w:r w:rsidRPr="00CF47F3">
        <w:rPr>
          <w:sz w:val="24"/>
        </w:rPr>
        <w:t xml:space="preserve"> </w:t>
      </w:r>
      <w:proofErr w:type="spellStart"/>
      <w:r w:rsidRPr="00CF47F3">
        <w:rPr>
          <w:sz w:val="24"/>
        </w:rPr>
        <w:t>Regionales</w:t>
      </w:r>
      <w:proofErr w:type="spellEnd"/>
      <w:r w:rsidRPr="00CF47F3">
        <w:rPr>
          <w:sz w:val="24"/>
        </w:rPr>
        <w:t>.</w:t>
      </w:r>
    </w:p>
    <w:p w14:paraId="6373A2B7" w14:textId="7D8EEADB" w:rsidR="005C6B43" w:rsidRPr="00CF47F3" w:rsidRDefault="00000000" w:rsidP="00CF47F3">
      <w:pPr>
        <w:rPr>
          <w:sz w:val="24"/>
        </w:rPr>
      </w:pPr>
      <w:r w:rsidRPr="00CF47F3">
        <w:rPr>
          <w:sz w:val="24"/>
        </w:rPr>
        <w:t xml:space="preserve">2. That the </w:t>
      </w:r>
      <w:proofErr w:type="gramStart"/>
      <w:r w:rsidRPr="00CF47F3">
        <w:rPr>
          <w:sz w:val="24"/>
        </w:rPr>
        <w:t>aforementioned paper</w:t>
      </w:r>
      <w:proofErr w:type="gramEnd"/>
      <w:r w:rsidRPr="00CF47F3">
        <w:rPr>
          <w:sz w:val="24"/>
        </w:rPr>
        <w:t xml:space="preserve"> is unpublished, meaning that it has not been published or presented in any other conference or academic forum.</w:t>
      </w:r>
    </w:p>
    <w:p w14:paraId="66363E97" w14:textId="77777777" w:rsidR="005C6B43" w:rsidRPr="00CF47F3" w:rsidRDefault="00000000">
      <w:pPr>
        <w:rPr>
          <w:sz w:val="24"/>
        </w:rPr>
      </w:pPr>
      <w:r w:rsidRPr="00CF47F3">
        <w:rPr>
          <w:sz w:val="24"/>
        </w:rPr>
        <w:t>3. That he/she meets the eligibility requirements established in the award rules, specifically:</w:t>
      </w:r>
      <w:r w:rsidRPr="00CF47F3">
        <w:rPr>
          <w:sz w:val="24"/>
        </w:rPr>
        <w:br/>
        <w:t>(Please check the applicable box)</w:t>
      </w:r>
      <w:r w:rsidRPr="00CF47F3">
        <w:rPr>
          <w:sz w:val="24"/>
        </w:rPr>
        <w:br/>
      </w:r>
      <w:r w:rsidRPr="00CF47F3">
        <w:rPr>
          <w:rFonts w:ascii="Segoe UI Symbol" w:hAnsi="Segoe UI Symbol" w:cs="Segoe UI Symbol"/>
          <w:sz w:val="24"/>
        </w:rPr>
        <w:t>☐</w:t>
      </w:r>
      <w:r w:rsidRPr="00CF47F3">
        <w:rPr>
          <w:sz w:val="24"/>
        </w:rPr>
        <w:t xml:space="preserve"> He/she does not hold a doctoral degree.</w:t>
      </w:r>
      <w:r w:rsidRPr="00CF47F3">
        <w:rPr>
          <w:sz w:val="24"/>
        </w:rPr>
        <w:br/>
      </w:r>
      <w:r w:rsidRPr="00CF47F3">
        <w:rPr>
          <w:rFonts w:ascii="Segoe UI Symbol" w:hAnsi="Segoe UI Symbol" w:cs="Segoe UI Symbol"/>
          <w:sz w:val="24"/>
        </w:rPr>
        <w:t>☐</w:t>
      </w:r>
      <w:r w:rsidRPr="00CF47F3">
        <w:rPr>
          <w:sz w:val="24"/>
        </w:rPr>
        <w:t xml:space="preserve"> He/she defended his/her doctoral thesis less than three years ago as of the date of the conference.</w:t>
      </w:r>
    </w:p>
    <w:p w14:paraId="4A0C0737" w14:textId="77777777" w:rsidR="005C6B43" w:rsidRDefault="005C6B43"/>
    <w:p w14:paraId="28774700" w14:textId="77777777" w:rsidR="00CF47F3" w:rsidRDefault="00CF47F3"/>
    <w:p w14:paraId="207C7331" w14:textId="77777777" w:rsidR="00CF47F3" w:rsidRDefault="00CF47F3"/>
    <w:p w14:paraId="1CA71F10" w14:textId="77777777" w:rsidR="00CF47F3" w:rsidRDefault="00CF47F3">
      <w:pPr>
        <w:rPr>
          <w:sz w:val="24"/>
        </w:rPr>
      </w:pPr>
    </w:p>
    <w:p w14:paraId="4A7D9316" w14:textId="0DA41B47" w:rsidR="005C6B43" w:rsidRPr="00CF47F3" w:rsidRDefault="00000000" w:rsidP="00CF47F3">
      <w:pPr>
        <w:pStyle w:val="Prrafodelista"/>
        <w:spacing w:line="360" w:lineRule="auto"/>
        <w:ind w:hanging="360"/>
        <w:rPr>
          <w:sz w:val="24"/>
        </w:rPr>
      </w:pPr>
      <w:r w:rsidRPr="00CF47F3">
        <w:rPr>
          <w:sz w:val="24"/>
        </w:rPr>
        <w:t>4. In case the paper is co-authored:</w:t>
      </w:r>
      <w:r w:rsidRPr="00CF47F3">
        <w:rPr>
          <w:sz w:val="24"/>
        </w:rPr>
        <w:br/>
        <w:t>– That the undersigned is the first author,</w:t>
      </w:r>
      <w:r w:rsidRPr="00CF47F3">
        <w:rPr>
          <w:sz w:val="24"/>
        </w:rPr>
        <w:br/>
        <w:t>– That he/she will be the one presenting the paper at the conference, and</w:t>
      </w:r>
      <w:r w:rsidRPr="00CF47F3">
        <w:rPr>
          <w:sz w:val="24"/>
        </w:rPr>
        <w:br/>
        <w:t>– That his/her contribution to the paper has been as follows:</w:t>
      </w:r>
    </w:p>
    <w:p w14:paraId="4E807F1E" w14:textId="77777777" w:rsidR="005C6B43" w:rsidRPr="00CF47F3" w:rsidRDefault="00000000">
      <w:pPr>
        <w:rPr>
          <w:sz w:val="24"/>
        </w:rPr>
      </w:pPr>
      <w:r w:rsidRPr="00CF47F3">
        <w:rPr>
          <w:sz w:val="24"/>
        </w:rPr>
        <w:t xml:space="preserve">  _______________________________________________________________________________________________</w:t>
      </w:r>
    </w:p>
    <w:p w14:paraId="329990B8" w14:textId="77777777" w:rsidR="005C6B43" w:rsidRPr="00CF47F3" w:rsidRDefault="00000000">
      <w:pPr>
        <w:rPr>
          <w:sz w:val="24"/>
        </w:rPr>
      </w:pPr>
      <w:r w:rsidRPr="00CF47F3">
        <w:rPr>
          <w:sz w:val="24"/>
        </w:rPr>
        <w:t xml:space="preserve">  _______________________________________________________________________________________________</w:t>
      </w:r>
    </w:p>
    <w:p w14:paraId="4851AF1F" w14:textId="77777777" w:rsidR="005C6B43" w:rsidRPr="00CF47F3" w:rsidRDefault="00000000">
      <w:pPr>
        <w:rPr>
          <w:sz w:val="24"/>
        </w:rPr>
      </w:pPr>
      <w:r w:rsidRPr="00CF47F3">
        <w:rPr>
          <w:sz w:val="24"/>
        </w:rPr>
        <w:t xml:space="preserve">  _______________________________________________________________________________________________</w:t>
      </w:r>
    </w:p>
    <w:p w14:paraId="00B80EA9" w14:textId="77777777" w:rsidR="005C6B43" w:rsidRPr="00CF47F3" w:rsidRDefault="005C6B43">
      <w:pPr>
        <w:rPr>
          <w:sz w:val="24"/>
        </w:rPr>
      </w:pPr>
    </w:p>
    <w:p w14:paraId="30170711" w14:textId="77777777" w:rsidR="005C6B43" w:rsidRDefault="00000000">
      <w:r>
        <w:t>And for the record, this declaration is signed in</w:t>
      </w:r>
    </w:p>
    <w:p w14:paraId="7E76EE51" w14:textId="77777777" w:rsidR="005C6B43" w:rsidRDefault="00000000">
      <w:r>
        <w:t>______________________, on the _____ day of ______________, 2025</w:t>
      </w:r>
    </w:p>
    <w:p w14:paraId="33A18849" w14:textId="77777777" w:rsidR="005C6B43" w:rsidRDefault="005C6B43"/>
    <w:p w14:paraId="2BF0A134" w14:textId="77777777" w:rsidR="00CF47F3" w:rsidRDefault="00CF47F3"/>
    <w:p w14:paraId="42E96CDD" w14:textId="77777777" w:rsidR="00CF47F3" w:rsidRDefault="00CF47F3"/>
    <w:p w14:paraId="56F61523" w14:textId="77777777" w:rsidR="005C6B43" w:rsidRDefault="00000000" w:rsidP="00CF47F3">
      <w:pPr>
        <w:jc w:val="right"/>
      </w:pPr>
      <w:r>
        <w:t>Signature:</w:t>
      </w:r>
    </w:p>
    <w:p w14:paraId="7717D2D2" w14:textId="77777777" w:rsidR="00CF47F3" w:rsidRDefault="00CF47F3" w:rsidP="00CF47F3">
      <w:pPr>
        <w:jc w:val="right"/>
      </w:pPr>
    </w:p>
    <w:p w14:paraId="3995B788" w14:textId="77777777" w:rsidR="005C6B43" w:rsidRDefault="00000000" w:rsidP="00CF47F3">
      <w:pPr>
        <w:jc w:val="right"/>
      </w:pPr>
      <w:r>
        <w:t>_______________________________</w:t>
      </w:r>
    </w:p>
    <w:sectPr w:rsidR="005C6B43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E8994" w14:textId="77777777" w:rsidR="00AA49DF" w:rsidRDefault="00AA49DF" w:rsidP="00CF47F3">
      <w:pPr>
        <w:spacing w:after="0" w:line="240" w:lineRule="auto"/>
      </w:pPr>
      <w:r>
        <w:separator/>
      </w:r>
    </w:p>
  </w:endnote>
  <w:endnote w:type="continuationSeparator" w:id="0">
    <w:p w14:paraId="2932282C" w14:textId="77777777" w:rsidR="00AA49DF" w:rsidRDefault="00AA49DF" w:rsidP="00CF4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15C3D" w14:textId="77777777" w:rsidR="00AA49DF" w:rsidRDefault="00AA49DF" w:rsidP="00CF47F3">
      <w:pPr>
        <w:spacing w:after="0" w:line="240" w:lineRule="auto"/>
      </w:pPr>
      <w:r>
        <w:separator/>
      </w:r>
    </w:p>
  </w:footnote>
  <w:footnote w:type="continuationSeparator" w:id="0">
    <w:p w14:paraId="4A3801D3" w14:textId="77777777" w:rsidR="00AA49DF" w:rsidRDefault="00AA49DF" w:rsidP="00CF4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0340D" w14:textId="0E5DF509" w:rsidR="00CF47F3" w:rsidRDefault="00CF47F3">
    <w:pPr>
      <w:pStyle w:val="Encabezado"/>
    </w:pPr>
    <w:bookmarkStart w:id="0" w:name="_Hlk199863693"/>
    <w:r>
      <w:rPr>
        <w:noProof/>
      </w:rPr>
      <w:drawing>
        <wp:inline distT="0" distB="0" distL="0" distR="0" wp14:anchorId="458E025B" wp14:editId="73FD3DB7">
          <wp:extent cx="5200650" cy="2393262"/>
          <wp:effectExtent l="0" t="0" r="0" b="7620"/>
          <wp:docPr id="2067163398" name="Imagen 1" descr="Edificio con letrero en frente de agu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163398" name="Imagen 1" descr="Edificio con letrero en frente de agu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3612" cy="240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18340801">
    <w:abstractNumId w:val="8"/>
  </w:num>
  <w:num w:numId="2" w16cid:durableId="1053578823">
    <w:abstractNumId w:val="6"/>
  </w:num>
  <w:num w:numId="3" w16cid:durableId="106628246">
    <w:abstractNumId w:val="5"/>
  </w:num>
  <w:num w:numId="4" w16cid:durableId="48462561">
    <w:abstractNumId w:val="4"/>
  </w:num>
  <w:num w:numId="5" w16cid:durableId="1895775891">
    <w:abstractNumId w:val="7"/>
  </w:num>
  <w:num w:numId="6" w16cid:durableId="396170076">
    <w:abstractNumId w:val="3"/>
  </w:num>
  <w:num w:numId="7" w16cid:durableId="1434202135">
    <w:abstractNumId w:val="2"/>
  </w:num>
  <w:num w:numId="8" w16cid:durableId="1789396611">
    <w:abstractNumId w:val="1"/>
  </w:num>
  <w:num w:numId="9" w16cid:durableId="1833058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C6B43"/>
    <w:rsid w:val="00743F3C"/>
    <w:rsid w:val="00AA1D8D"/>
    <w:rsid w:val="00AA49DF"/>
    <w:rsid w:val="00B47730"/>
    <w:rsid w:val="00CB0664"/>
    <w:rsid w:val="00CF47F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0E55E6"/>
  <w14:defaultImageDpi w14:val="300"/>
  <w15:docId w15:val="{98FCD1D6-4B83-4650-A141-458A28B3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María Luisa Alamá Sabater</cp:lastModifiedBy>
  <cp:revision>2</cp:revision>
  <dcterms:created xsi:type="dcterms:W3CDTF">2013-12-23T23:15:00Z</dcterms:created>
  <dcterms:modified xsi:type="dcterms:W3CDTF">2025-06-03T15:40:00Z</dcterms:modified>
  <cp:category/>
</cp:coreProperties>
</file>