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7E159" w14:textId="677D86A1" w:rsidR="005A6976" w:rsidRDefault="005A6976" w:rsidP="005A6976">
      <w:pPr>
        <w:jc w:val="center"/>
      </w:pPr>
    </w:p>
    <w:p w14:paraId="01B103A3" w14:textId="6F930A4B" w:rsidR="005A6976" w:rsidRPr="005A6976" w:rsidRDefault="005A6976" w:rsidP="005A6976">
      <w:pPr>
        <w:pStyle w:val="Ttulo1"/>
        <w:jc w:val="center"/>
        <w:rPr>
          <w:sz w:val="24"/>
          <w:szCs w:val="24"/>
        </w:rPr>
      </w:pPr>
      <w:r w:rsidRPr="005A6976">
        <w:rPr>
          <w:sz w:val="24"/>
          <w:szCs w:val="24"/>
        </w:rPr>
        <w:t>DECLARACIÓN RESPONSABLE PARA OPTAR AL PREMIO JUAN RAMÓN CUADRADO</w:t>
      </w:r>
    </w:p>
    <w:p w14:paraId="4051836D" w14:textId="77777777" w:rsidR="005A6976" w:rsidRDefault="005A6976">
      <w:pPr>
        <w:rPr>
          <w:sz w:val="24"/>
        </w:rPr>
      </w:pPr>
    </w:p>
    <w:p w14:paraId="4084621B" w14:textId="4D65A0DD" w:rsidR="00320686" w:rsidRDefault="00000000" w:rsidP="005A6976">
      <w:pPr>
        <w:spacing w:line="360" w:lineRule="auto"/>
      </w:pPr>
      <w:r>
        <w:rPr>
          <w:sz w:val="24"/>
        </w:rPr>
        <w:t>Don/Doña _______________________________________________, con DNI</w:t>
      </w:r>
      <w:r w:rsidR="005A6976">
        <w:rPr>
          <w:sz w:val="24"/>
        </w:rPr>
        <w:t xml:space="preserve"> </w:t>
      </w:r>
      <w:r>
        <w:rPr>
          <w:sz w:val="24"/>
        </w:rPr>
        <w:t xml:space="preserve"> _____________________, con </w:t>
      </w:r>
      <w:proofErr w:type="spellStart"/>
      <w:r>
        <w:rPr>
          <w:sz w:val="24"/>
        </w:rPr>
        <w:t>domicilio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______________________________________________________________, y </w:t>
      </w:r>
      <w:proofErr w:type="spellStart"/>
      <w:r>
        <w:rPr>
          <w:sz w:val="24"/>
        </w:rPr>
        <w:t>correo</w:t>
      </w:r>
      <w:proofErr w:type="spellEnd"/>
      <w:r>
        <w:rPr>
          <w:sz w:val="24"/>
        </w:rPr>
        <w:t xml:space="preserve"> electrónico __________________________________,</w:t>
      </w:r>
    </w:p>
    <w:p w14:paraId="31B47ED3" w14:textId="77777777" w:rsidR="00320686" w:rsidRDefault="00000000">
      <w:r>
        <w:rPr>
          <w:sz w:val="24"/>
        </w:rPr>
        <w:t>DECLARA:</w:t>
      </w:r>
    </w:p>
    <w:p w14:paraId="74723665" w14:textId="77777777" w:rsidR="00320686" w:rsidRDefault="00000000">
      <w:r>
        <w:rPr>
          <w:sz w:val="24"/>
        </w:rPr>
        <w:t>1. Que ha presentado al Premio Juan Ramón Cuadrado a Investigadores/as Noveles la comunicación titulada:</w:t>
      </w:r>
    </w:p>
    <w:p w14:paraId="5C9DC769" w14:textId="77777777" w:rsidR="00320686" w:rsidRDefault="00000000">
      <w:r>
        <w:rPr>
          <w:sz w:val="24"/>
        </w:rPr>
        <w:t>“________________________________________________________________”</w:t>
      </w:r>
    </w:p>
    <w:p w14:paraId="2BF7F7C3" w14:textId="77777777" w:rsidR="00320686" w:rsidRDefault="00000000">
      <w:r>
        <w:rPr>
          <w:sz w:val="24"/>
        </w:rPr>
        <w:t>de la que es autor/a principal y que será presentada por él/ella durante las sesiones presenciales de la XLIX Reunión de Estudios Regionales.</w:t>
      </w:r>
    </w:p>
    <w:p w14:paraId="62E8CDE7" w14:textId="77777777" w:rsidR="00320686" w:rsidRDefault="00000000">
      <w:r>
        <w:rPr>
          <w:sz w:val="24"/>
        </w:rPr>
        <w:t>2. Que dicha comunicación es inédita, es decir, no ha sido publicada ni presentada en ningún otro congreso ni foro académico.</w:t>
      </w:r>
    </w:p>
    <w:p w14:paraId="182FFD7F" w14:textId="77777777" w:rsidR="00320686" w:rsidRDefault="00000000">
      <w:r>
        <w:rPr>
          <w:sz w:val="24"/>
        </w:rPr>
        <w:t>3. Que cumple con los requisitos establecidos en las bases del premio, y concretamente:</w:t>
      </w:r>
    </w:p>
    <w:p w14:paraId="041CBE2B" w14:textId="6B17148A" w:rsidR="00320686" w:rsidRDefault="00000000">
      <w:r>
        <w:rPr>
          <w:sz w:val="24"/>
        </w:rPr>
        <w:t xml:space="preserve">(Marcar con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X lo que corresponda)</w:t>
      </w:r>
    </w:p>
    <w:p w14:paraId="5DB8209B" w14:textId="77777777" w:rsidR="00320686" w:rsidRDefault="00000000">
      <w:r>
        <w:rPr>
          <w:sz w:val="24"/>
        </w:rPr>
        <w:t xml:space="preserve">  ☐ No posee el título de doctor/a.</w:t>
      </w:r>
    </w:p>
    <w:p w14:paraId="7BC7C1DB" w14:textId="77777777" w:rsidR="00320686" w:rsidRDefault="00000000">
      <w:pPr>
        <w:rPr>
          <w:sz w:val="24"/>
        </w:rPr>
      </w:pPr>
      <w:r>
        <w:rPr>
          <w:sz w:val="24"/>
        </w:rPr>
        <w:t xml:space="preserve">  ☐ Ha defendido su tesis doctoral hace menos de tres años a fecha de </w:t>
      </w:r>
      <w:proofErr w:type="spellStart"/>
      <w:r>
        <w:rPr>
          <w:sz w:val="24"/>
        </w:rPr>
        <w:t>celebración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congreso</w:t>
      </w:r>
      <w:proofErr w:type="spellEnd"/>
      <w:r>
        <w:rPr>
          <w:sz w:val="24"/>
        </w:rPr>
        <w:t>.</w:t>
      </w:r>
    </w:p>
    <w:p w14:paraId="514DCFFF" w14:textId="77777777" w:rsidR="005A6976" w:rsidRDefault="005A6976"/>
    <w:p w14:paraId="4C9FB257" w14:textId="77777777" w:rsidR="005A6976" w:rsidRDefault="005A6976">
      <w:pPr>
        <w:rPr>
          <w:sz w:val="24"/>
        </w:rPr>
      </w:pPr>
    </w:p>
    <w:p w14:paraId="2C0F1D0A" w14:textId="77777777" w:rsidR="005A6976" w:rsidRDefault="005A6976">
      <w:pPr>
        <w:rPr>
          <w:sz w:val="24"/>
        </w:rPr>
      </w:pPr>
    </w:p>
    <w:p w14:paraId="64B6EBDF" w14:textId="5AD9DDC0" w:rsidR="005A6976" w:rsidRPr="005A6976" w:rsidRDefault="00000000" w:rsidP="005A6976">
      <w:r>
        <w:rPr>
          <w:sz w:val="24"/>
        </w:rPr>
        <w:t xml:space="preserve">4. En caso de tratarse de una comunicación firmada por </w:t>
      </w:r>
      <w:proofErr w:type="spellStart"/>
      <w:r>
        <w:rPr>
          <w:sz w:val="24"/>
        </w:rPr>
        <w:t>más</w:t>
      </w:r>
      <w:proofErr w:type="spellEnd"/>
      <w:r>
        <w:rPr>
          <w:sz w:val="24"/>
        </w:rPr>
        <w:t xml:space="preserve"> de un </w:t>
      </w:r>
      <w:proofErr w:type="spellStart"/>
      <w:r>
        <w:rPr>
          <w:sz w:val="24"/>
        </w:rPr>
        <w:t>autor</w:t>
      </w:r>
      <w:proofErr w:type="spellEnd"/>
      <w:r>
        <w:rPr>
          <w:sz w:val="24"/>
        </w:rPr>
        <w:t>/a:</w:t>
      </w:r>
    </w:p>
    <w:p w14:paraId="56CDAA12" w14:textId="77777777" w:rsidR="005A6976" w:rsidRPr="005A6976" w:rsidRDefault="00000000" w:rsidP="005A6976">
      <w:pPr>
        <w:pStyle w:val="Prrafodelista"/>
        <w:numPr>
          <w:ilvl w:val="0"/>
          <w:numId w:val="10"/>
        </w:numPr>
        <w:spacing w:line="360" w:lineRule="auto"/>
      </w:pPr>
      <w:r w:rsidRPr="005A6976">
        <w:rPr>
          <w:sz w:val="24"/>
        </w:rPr>
        <w:t xml:space="preserve">Que </w:t>
      </w:r>
      <w:proofErr w:type="spellStart"/>
      <w:r w:rsidRPr="005A6976">
        <w:rPr>
          <w:sz w:val="24"/>
        </w:rPr>
        <w:t>el</w:t>
      </w:r>
      <w:proofErr w:type="spellEnd"/>
      <w:r w:rsidRPr="005A6976">
        <w:rPr>
          <w:sz w:val="24"/>
        </w:rPr>
        <w:t xml:space="preserve">/la </w:t>
      </w:r>
      <w:proofErr w:type="spellStart"/>
      <w:r w:rsidRPr="005A6976">
        <w:rPr>
          <w:sz w:val="24"/>
        </w:rPr>
        <w:t>abajo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firmante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figura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como</w:t>
      </w:r>
      <w:proofErr w:type="spellEnd"/>
      <w:r w:rsidRPr="005A6976">
        <w:rPr>
          <w:sz w:val="24"/>
        </w:rPr>
        <w:t xml:space="preserve"> primer </w:t>
      </w:r>
      <w:proofErr w:type="spellStart"/>
      <w:r w:rsidRPr="005A6976">
        <w:rPr>
          <w:sz w:val="24"/>
        </w:rPr>
        <w:t>autor</w:t>
      </w:r>
      <w:proofErr w:type="spellEnd"/>
      <w:r w:rsidRPr="005A6976">
        <w:rPr>
          <w:sz w:val="24"/>
        </w:rPr>
        <w:t>/a,</w:t>
      </w:r>
    </w:p>
    <w:p w14:paraId="77FEA3F7" w14:textId="77777777" w:rsidR="005A6976" w:rsidRPr="005A6976" w:rsidRDefault="00000000" w:rsidP="005A6976">
      <w:pPr>
        <w:pStyle w:val="Prrafodelista"/>
        <w:numPr>
          <w:ilvl w:val="0"/>
          <w:numId w:val="10"/>
        </w:numPr>
        <w:spacing w:line="360" w:lineRule="auto"/>
      </w:pPr>
      <w:r w:rsidRPr="005A6976">
        <w:rPr>
          <w:sz w:val="24"/>
        </w:rPr>
        <w:t xml:space="preserve">Que </w:t>
      </w:r>
      <w:proofErr w:type="spellStart"/>
      <w:r w:rsidRPr="005A6976">
        <w:rPr>
          <w:sz w:val="24"/>
        </w:rPr>
        <w:t>será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quien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exponga</w:t>
      </w:r>
      <w:proofErr w:type="spellEnd"/>
      <w:r w:rsidRPr="005A6976">
        <w:rPr>
          <w:sz w:val="24"/>
        </w:rPr>
        <w:t xml:space="preserve"> la comunicación </w:t>
      </w:r>
      <w:proofErr w:type="spellStart"/>
      <w:r w:rsidRPr="005A6976">
        <w:rPr>
          <w:sz w:val="24"/>
        </w:rPr>
        <w:t>en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el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congreso</w:t>
      </w:r>
      <w:proofErr w:type="spellEnd"/>
      <w:r w:rsidRPr="005A6976">
        <w:rPr>
          <w:sz w:val="24"/>
        </w:rPr>
        <w:t>, y</w:t>
      </w:r>
    </w:p>
    <w:p w14:paraId="5ADA0A23" w14:textId="482CC141" w:rsidR="00320686" w:rsidRDefault="00000000" w:rsidP="005A6976">
      <w:pPr>
        <w:pStyle w:val="Prrafodelista"/>
        <w:numPr>
          <w:ilvl w:val="0"/>
          <w:numId w:val="10"/>
        </w:numPr>
        <w:spacing w:line="360" w:lineRule="auto"/>
      </w:pPr>
      <w:r w:rsidRPr="005A6976">
        <w:rPr>
          <w:sz w:val="24"/>
        </w:rPr>
        <w:t xml:space="preserve">Que </w:t>
      </w:r>
      <w:proofErr w:type="spellStart"/>
      <w:r w:rsidRPr="005A6976">
        <w:rPr>
          <w:sz w:val="24"/>
        </w:rPr>
        <w:t>su</w:t>
      </w:r>
      <w:proofErr w:type="spellEnd"/>
      <w:r w:rsidRPr="005A6976">
        <w:rPr>
          <w:sz w:val="24"/>
        </w:rPr>
        <w:t xml:space="preserve"> </w:t>
      </w:r>
      <w:proofErr w:type="spellStart"/>
      <w:r w:rsidRPr="005A6976">
        <w:rPr>
          <w:sz w:val="24"/>
        </w:rPr>
        <w:t>contribución</w:t>
      </w:r>
      <w:proofErr w:type="spellEnd"/>
      <w:r w:rsidRPr="005A6976">
        <w:rPr>
          <w:sz w:val="24"/>
        </w:rPr>
        <w:t xml:space="preserve"> ha </w:t>
      </w:r>
      <w:proofErr w:type="spellStart"/>
      <w:r w:rsidRPr="005A6976">
        <w:rPr>
          <w:sz w:val="24"/>
        </w:rPr>
        <w:t>sido</w:t>
      </w:r>
      <w:proofErr w:type="spellEnd"/>
      <w:r w:rsidRPr="005A6976">
        <w:rPr>
          <w:sz w:val="24"/>
        </w:rPr>
        <w:t xml:space="preserve"> la siguiente:</w:t>
      </w:r>
    </w:p>
    <w:p w14:paraId="79C3C843" w14:textId="467543B5" w:rsidR="00320686" w:rsidRDefault="00000000">
      <w:r>
        <w:rPr>
          <w:sz w:val="24"/>
        </w:rPr>
        <w:t xml:space="preserve">  ___________________________________________________________________</w:t>
      </w:r>
      <w:r w:rsidR="005A6976">
        <w:rPr>
          <w:sz w:val="24"/>
        </w:rPr>
        <w:t>____________________________</w:t>
      </w:r>
    </w:p>
    <w:p w14:paraId="66E6B397" w14:textId="6C0C41B2" w:rsidR="00320686" w:rsidRDefault="00000000">
      <w:r>
        <w:rPr>
          <w:sz w:val="24"/>
        </w:rPr>
        <w:t xml:space="preserve">  ___________________________________________________________________</w:t>
      </w:r>
      <w:r w:rsidR="005A6976">
        <w:rPr>
          <w:sz w:val="24"/>
        </w:rPr>
        <w:t>____________________________</w:t>
      </w:r>
    </w:p>
    <w:p w14:paraId="3B848E6F" w14:textId="7AD06272" w:rsidR="00320686" w:rsidRDefault="00000000">
      <w:r>
        <w:rPr>
          <w:sz w:val="24"/>
        </w:rPr>
        <w:t xml:space="preserve">  ___________________________________________________________________</w:t>
      </w:r>
      <w:r w:rsidR="005A6976">
        <w:rPr>
          <w:sz w:val="24"/>
        </w:rPr>
        <w:t>____________________________</w:t>
      </w:r>
    </w:p>
    <w:p w14:paraId="500493B2" w14:textId="77777777" w:rsidR="005A6976" w:rsidRDefault="005A6976">
      <w:pPr>
        <w:rPr>
          <w:sz w:val="24"/>
        </w:rPr>
      </w:pPr>
    </w:p>
    <w:p w14:paraId="3A21C125" w14:textId="77777777" w:rsidR="005A6976" w:rsidRDefault="005A6976">
      <w:pPr>
        <w:rPr>
          <w:sz w:val="24"/>
        </w:rPr>
      </w:pPr>
    </w:p>
    <w:p w14:paraId="67590559" w14:textId="5AA2FF1C" w:rsidR="00320686" w:rsidRDefault="00000000">
      <w:r>
        <w:rPr>
          <w:sz w:val="24"/>
        </w:rPr>
        <w:t xml:space="preserve">Y para que </w:t>
      </w:r>
      <w:proofErr w:type="spellStart"/>
      <w:r>
        <w:rPr>
          <w:sz w:val="24"/>
        </w:rPr>
        <w:t>conste</w:t>
      </w:r>
      <w:proofErr w:type="spellEnd"/>
      <w:r>
        <w:rPr>
          <w:sz w:val="24"/>
        </w:rPr>
        <w:t xml:space="preserve"> a los efectos oportunos, firma la presente en</w:t>
      </w:r>
    </w:p>
    <w:p w14:paraId="5D2F1D0B" w14:textId="77777777" w:rsidR="00320686" w:rsidRDefault="00000000">
      <w:r>
        <w:rPr>
          <w:sz w:val="24"/>
        </w:rPr>
        <w:t>______________________, a _____ de ______________ de 2025</w:t>
      </w:r>
    </w:p>
    <w:p w14:paraId="394946C5" w14:textId="77777777" w:rsidR="005A6976" w:rsidRDefault="005A6976">
      <w:pPr>
        <w:rPr>
          <w:sz w:val="24"/>
        </w:rPr>
      </w:pPr>
    </w:p>
    <w:p w14:paraId="1129FC72" w14:textId="77777777" w:rsidR="005A6976" w:rsidRDefault="005A6976">
      <w:pPr>
        <w:rPr>
          <w:sz w:val="24"/>
        </w:rPr>
      </w:pPr>
    </w:p>
    <w:p w14:paraId="617C34EA" w14:textId="77777777" w:rsidR="005A6976" w:rsidRDefault="005A6976">
      <w:pPr>
        <w:rPr>
          <w:sz w:val="24"/>
        </w:rPr>
      </w:pPr>
    </w:p>
    <w:p w14:paraId="737A168B" w14:textId="12C66E25" w:rsidR="00320686" w:rsidRDefault="00000000" w:rsidP="00B75514">
      <w:pPr>
        <w:jc w:val="right"/>
        <w:rPr>
          <w:sz w:val="24"/>
        </w:rPr>
      </w:pPr>
      <w:proofErr w:type="spellStart"/>
      <w:r>
        <w:rPr>
          <w:sz w:val="24"/>
        </w:rPr>
        <w:t>Firma</w:t>
      </w:r>
      <w:proofErr w:type="spellEnd"/>
      <w:r>
        <w:rPr>
          <w:sz w:val="24"/>
        </w:rPr>
        <w:t>:</w:t>
      </w:r>
    </w:p>
    <w:p w14:paraId="60E035F6" w14:textId="77777777" w:rsidR="00B75514" w:rsidRDefault="00B75514" w:rsidP="00B75514">
      <w:pPr>
        <w:jc w:val="right"/>
      </w:pPr>
    </w:p>
    <w:p w14:paraId="2DBFD3C0" w14:textId="77777777" w:rsidR="00320686" w:rsidRDefault="00000000" w:rsidP="00B75514">
      <w:pPr>
        <w:jc w:val="right"/>
      </w:pPr>
      <w:r>
        <w:rPr>
          <w:sz w:val="24"/>
        </w:rPr>
        <w:t>_______________________________</w:t>
      </w:r>
    </w:p>
    <w:sectPr w:rsidR="00320686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0C383" w14:textId="77777777" w:rsidR="00DA4F07" w:rsidRDefault="00DA4F07" w:rsidP="005A6976">
      <w:pPr>
        <w:spacing w:after="0" w:line="240" w:lineRule="auto"/>
      </w:pPr>
      <w:r>
        <w:separator/>
      </w:r>
    </w:p>
  </w:endnote>
  <w:endnote w:type="continuationSeparator" w:id="0">
    <w:p w14:paraId="2A3AF985" w14:textId="77777777" w:rsidR="00DA4F07" w:rsidRDefault="00DA4F07" w:rsidP="005A6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E05A8" w14:textId="77777777" w:rsidR="00DA4F07" w:rsidRDefault="00DA4F07" w:rsidP="005A6976">
      <w:pPr>
        <w:spacing w:after="0" w:line="240" w:lineRule="auto"/>
      </w:pPr>
      <w:r>
        <w:separator/>
      </w:r>
    </w:p>
  </w:footnote>
  <w:footnote w:type="continuationSeparator" w:id="0">
    <w:p w14:paraId="55426929" w14:textId="77777777" w:rsidR="00DA4F07" w:rsidRDefault="00DA4F07" w:rsidP="005A6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55114" w14:textId="20651361" w:rsidR="005A6976" w:rsidRDefault="005A6976" w:rsidP="005A6976">
    <w:pPr>
      <w:pStyle w:val="Encabezado"/>
      <w:jc w:val="center"/>
    </w:pPr>
    <w:bookmarkStart w:id="0" w:name="_Hlk199863693"/>
    <w:r>
      <w:rPr>
        <w:noProof/>
      </w:rPr>
      <w:drawing>
        <wp:inline distT="0" distB="0" distL="0" distR="0" wp14:anchorId="60A53E9D" wp14:editId="003FC78B">
          <wp:extent cx="5200650" cy="2393262"/>
          <wp:effectExtent l="0" t="0" r="0" b="7620"/>
          <wp:docPr id="2067163398" name="Imagen 1" descr="Edificio con letrero en frente de agu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163398" name="Imagen 1" descr="Edificio con letrero en frente de agu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3612" cy="240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37D7ABD"/>
    <w:multiLevelType w:val="hybridMultilevel"/>
    <w:tmpl w:val="E062A7BC"/>
    <w:lvl w:ilvl="0" w:tplc="A3848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275719">
    <w:abstractNumId w:val="8"/>
  </w:num>
  <w:num w:numId="2" w16cid:durableId="40985246">
    <w:abstractNumId w:val="6"/>
  </w:num>
  <w:num w:numId="3" w16cid:durableId="483860278">
    <w:abstractNumId w:val="5"/>
  </w:num>
  <w:num w:numId="4" w16cid:durableId="1785660431">
    <w:abstractNumId w:val="4"/>
  </w:num>
  <w:num w:numId="5" w16cid:durableId="309100105">
    <w:abstractNumId w:val="7"/>
  </w:num>
  <w:num w:numId="6" w16cid:durableId="1804887545">
    <w:abstractNumId w:val="3"/>
  </w:num>
  <w:num w:numId="7" w16cid:durableId="1877765665">
    <w:abstractNumId w:val="2"/>
  </w:num>
  <w:num w:numId="8" w16cid:durableId="859859471">
    <w:abstractNumId w:val="1"/>
  </w:num>
  <w:num w:numId="9" w16cid:durableId="905914841">
    <w:abstractNumId w:val="0"/>
  </w:num>
  <w:num w:numId="10" w16cid:durableId="16339436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0686"/>
    <w:rsid w:val="00326F90"/>
    <w:rsid w:val="005A6976"/>
    <w:rsid w:val="00743F3C"/>
    <w:rsid w:val="00AA1D8D"/>
    <w:rsid w:val="00B47730"/>
    <w:rsid w:val="00B75514"/>
    <w:rsid w:val="00CB0664"/>
    <w:rsid w:val="00DA4F0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83FDD3"/>
  <w14:defaultImageDpi w14:val="300"/>
  <w15:docId w15:val="{98FCD1D6-4B83-4650-A141-458A28B3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María Luisa Alamá Sabater</cp:lastModifiedBy>
  <cp:revision>3</cp:revision>
  <dcterms:created xsi:type="dcterms:W3CDTF">2025-06-03T15:32:00Z</dcterms:created>
  <dcterms:modified xsi:type="dcterms:W3CDTF">2025-06-03T15:40:00Z</dcterms:modified>
  <cp:category/>
</cp:coreProperties>
</file>